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DE9E5" w14:textId="77777777" w:rsidR="002B511D" w:rsidRDefault="00000000">
      <w:pPr>
        <w:pStyle w:val="Cm"/>
        <w:jc w:val="center"/>
      </w:pPr>
      <w:r>
        <w:t>Szülői nyilatkozat táborozáshoz</w:t>
      </w:r>
    </w:p>
    <w:p w14:paraId="54C2A180" w14:textId="77777777" w:rsidR="002B511D" w:rsidRDefault="00000000">
      <w:pPr>
        <w:jc w:val="center"/>
      </w:pPr>
      <w:r>
        <w:t>(egészségügyi, adatkezelési és képfelvételi hozzájárulással)</w:t>
      </w:r>
    </w:p>
    <w:p w14:paraId="49BA84E4" w14:textId="77777777" w:rsidR="002B511D" w:rsidRDefault="002B511D"/>
    <w:p w14:paraId="1388ED0E" w14:textId="45C67558" w:rsidR="002B511D" w:rsidRDefault="00000000">
      <w:r>
        <w:t>Tábor neve: Kattanj rá! fotós tábor 202</w:t>
      </w:r>
      <w:r w:rsidR="00BE2F22">
        <w:t>6</w:t>
      </w:r>
    </w:p>
    <w:p w14:paraId="06FAFDD8" w14:textId="77777777" w:rsidR="002B511D" w:rsidRDefault="00000000">
      <w:r>
        <w:t>Helyszín: 8000 Székesfehérvár, Zsombolyai u. 28.</w:t>
      </w:r>
    </w:p>
    <w:p w14:paraId="65E8ED15" w14:textId="77777777" w:rsidR="002B511D" w:rsidRDefault="00000000">
      <w:r>
        <w:t>Időpont: ........................................................</w:t>
      </w:r>
    </w:p>
    <w:p w14:paraId="33DC1F83" w14:textId="77777777" w:rsidR="002B511D" w:rsidRDefault="002B511D"/>
    <w:p w14:paraId="1EB1B91C" w14:textId="77777777" w:rsidR="002B511D" w:rsidRDefault="00000000">
      <w:r>
        <w:t>Gyermek neve: _________________________________________________</w:t>
      </w:r>
    </w:p>
    <w:p w14:paraId="23173CD1" w14:textId="77777777" w:rsidR="002B511D" w:rsidRDefault="00000000">
      <w:r>
        <w:t>Születési hely, idő: _____________________________________________</w:t>
      </w:r>
    </w:p>
    <w:p w14:paraId="4D84E901" w14:textId="77777777" w:rsidR="002B511D" w:rsidRDefault="00000000">
      <w:r>
        <w:t>Lakcím: _______________________________________________________</w:t>
      </w:r>
    </w:p>
    <w:p w14:paraId="31334D4E" w14:textId="56699B8E" w:rsidR="002B511D" w:rsidRDefault="00000000">
      <w:r>
        <w:t>TAJ szám: ____________________________________________________</w:t>
      </w:r>
    </w:p>
    <w:p w14:paraId="18297A7C" w14:textId="77777777" w:rsidR="002B511D" w:rsidRDefault="00000000">
      <w:pPr>
        <w:pStyle w:val="Cmsor1"/>
      </w:pPr>
      <w:r>
        <w:t>I. Egészségügyi nyilatkozat</w:t>
      </w:r>
    </w:p>
    <w:p w14:paraId="0A4CB606" w14:textId="2C81771D" w:rsidR="002B511D" w:rsidRDefault="00000000">
      <w:r>
        <w:t>Alulírott szülő/gondviselő nyilatkozom, hogy gyermekem az alábbiak szerint egészséges és közösségbe mehet:</w:t>
      </w:r>
      <w:r>
        <w:br/>
        <w:t>- Nem szenved fertőző betegségben,</w:t>
      </w:r>
      <w:r>
        <w:br/>
        <w:t>- Nem lázas, nincs torokfájása, hasmenése, hányása, bőrkiütése, gennyes szembetegsége,</w:t>
      </w:r>
      <w:r>
        <w:br/>
        <w:t>- Nincs tetű- vagy rühfertőzése,</w:t>
      </w:r>
      <w:r>
        <w:br/>
        <w:t>- A táborozás megkezdését megelőző 4 napban nem volt beteg.</w:t>
      </w:r>
    </w:p>
    <w:p w14:paraId="78FA9BF4" w14:textId="7DC34CB4" w:rsidR="002B511D" w:rsidRDefault="00000000">
      <w:r>
        <w:t>Kijelentem, hogy a nyilatkozat kitöltésekor a gyermekem egészséges állapotban van.</w:t>
      </w:r>
    </w:p>
    <w:p w14:paraId="413DEAA2" w14:textId="77777777" w:rsidR="002B511D" w:rsidRDefault="00000000">
      <w:pPr>
        <w:pStyle w:val="Cmsor1"/>
      </w:pPr>
      <w:r>
        <w:t>II. Adatkezelési hozzájárulás</w:t>
      </w:r>
    </w:p>
    <w:p w14:paraId="7F723597" w14:textId="486285EF" w:rsidR="002B511D" w:rsidRDefault="00000000">
      <w:r>
        <w:t>Hozzájárulok ahhoz, hogy a Kattanj rá! fotós tábor szervezője, Jámbor-Czifra Ildikó (tel.: +36204112454, e-mail: info@czifraildiko.hu) a gyermekem személyes adatait (név, születési adatok, lakcím, TAJ szám, egészségi állapotra vonatkozó információk) a tábor biztonságos lebonyolítása érdekében kezelje.</w:t>
      </w:r>
      <w:r>
        <w:br/>
        <w:t>Az adatokat a szervező kizárólag a tábor lebonyolítása, szükség esetén sürgősségi ellátás és kapcsolattartás céljából használja fel, és a tábor befejezését követő 30 napon belül megsemmisíti.</w:t>
      </w:r>
      <w:r>
        <w:br/>
      </w:r>
    </w:p>
    <w:p w14:paraId="5B7EE20E" w14:textId="77777777" w:rsidR="002B511D" w:rsidRDefault="00000000">
      <w:pPr>
        <w:pStyle w:val="Cmsor1"/>
      </w:pPr>
      <w:r>
        <w:lastRenderedPageBreak/>
        <w:t>III. Kép- és hangfelvételhez való hozzájárulás</w:t>
      </w:r>
    </w:p>
    <w:p w14:paraId="2DB32B33" w14:textId="3728AF60" w:rsidR="002B511D" w:rsidRDefault="00000000">
      <w:r>
        <w:t>Hozzájárulok</w:t>
      </w:r>
      <w:r w:rsidR="00EE3D6C">
        <w:t>/nem járulok hozzá*</w:t>
      </w:r>
      <w:r>
        <w:t>, hogy gyermekemről a tábor során fénykép- és videófelvételek készüljenek, melyeket a szervező közzétehet a saját közösségi médiafelületein, weboldalán, illetve promóciós célokra felhasználhat.</w:t>
      </w:r>
    </w:p>
    <w:p w14:paraId="698C4078" w14:textId="02DF9527" w:rsidR="00EE3D6C" w:rsidRDefault="00EE3D6C">
      <w:r>
        <w:t>*aláhúzandó</w:t>
      </w:r>
    </w:p>
    <w:p w14:paraId="4D8CFD85" w14:textId="77777777" w:rsidR="002B511D" w:rsidRDefault="002B511D"/>
    <w:p w14:paraId="34E6C7C9" w14:textId="77777777" w:rsidR="002B511D" w:rsidRDefault="00000000">
      <w:r>
        <w:t>Dátum: _______________________________</w:t>
      </w:r>
    </w:p>
    <w:p w14:paraId="148B3626" w14:textId="77777777" w:rsidR="002B511D" w:rsidRDefault="00000000">
      <w:r>
        <w:t>Szülő / törvényes képviselő neve: _______________________________</w:t>
      </w:r>
    </w:p>
    <w:p w14:paraId="3BA91843" w14:textId="77777777" w:rsidR="002B511D" w:rsidRDefault="00000000">
      <w:r>
        <w:t>Aláírás: _______________________________</w:t>
      </w:r>
    </w:p>
    <w:sectPr w:rsidR="002B51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9369529">
    <w:abstractNumId w:val="8"/>
  </w:num>
  <w:num w:numId="2" w16cid:durableId="1628312048">
    <w:abstractNumId w:val="6"/>
  </w:num>
  <w:num w:numId="3" w16cid:durableId="1224216420">
    <w:abstractNumId w:val="5"/>
  </w:num>
  <w:num w:numId="4" w16cid:durableId="1107698839">
    <w:abstractNumId w:val="4"/>
  </w:num>
  <w:num w:numId="5" w16cid:durableId="1026446911">
    <w:abstractNumId w:val="7"/>
  </w:num>
  <w:num w:numId="6" w16cid:durableId="1738086986">
    <w:abstractNumId w:val="3"/>
  </w:num>
  <w:num w:numId="7" w16cid:durableId="1344820262">
    <w:abstractNumId w:val="2"/>
  </w:num>
  <w:num w:numId="8" w16cid:durableId="1986229042">
    <w:abstractNumId w:val="1"/>
  </w:num>
  <w:num w:numId="9" w16cid:durableId="2097245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B511D"/>
    <w:rsid w:val="00326F90"/>
    <w:rsid w:val="00AA1D8D"/>
    <w:rsid w:val="00B47730"/>
    <w:rsid w:val="00BE2F22"/>
    <w:rsid w:val="00CB0664"/>
    <w:rsid w:val="00E52C37"/>
    <w:rsid w:val="00EE3D6C"/>
    <w:rsid w:val="00F24B8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8D83CC"/>
  <w14:defaultImageDpi w14:val="300"/>
  <w15:docId w15:val="{FFD3BC4C-322B-40DA-AEC4-B173593A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Calibri" w:hAnsi="Calibri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Ildikó Czifra</cp:lastModifiedBy>
  <cp:revision>3</cp:revision>
  <dcterms:created xsi:type="dcterms:W3CDTF">2025-07-10T16:10:00Z</dcterms:created>
  <dcterms:modified xsi:type="dcterms:W3CDTF">2026-02-27T09:29:00Z</dcterms:modified>
  <cp:category/>
</cp:coreProperties>
</file>